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560" w:rsidRPr="0045400A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45400A">
        <w:rPr>
          <w:b/>
          <w:color w:val="000000"/>
          <w:sz w:val="28"/>
          <w:szCs w:val="28"/>
          <w:shd w:val="clear" w:color="auto" w:fill="FFFFFF"/>
        </w:rPr>
        <w:t xml:space="preserve">MANÉZS ─ </w:t>
      </w:r>
      <w:r>
        <w:rPr>
          <w:b/>
          <w:color w:val="000000"/>
          <w:sz w:val="28"/>
          <w:szCs w:val="28"/>
          <w:shd w:val="clear" w:color="auto" w:fill="FFFFFF"/>
        </w:rPr>
        <w:t>I</w:t>
      </w:r>
      <w:r>
        <w:rPr>
          <w:b/>
          <w:color w:val="000000"/>
          <w:sz w:val="28"/>
          <w:szCs w:val="28"/>
          <w:shd w:val="clear" w:color="auto" w:fill="FFFFFF"/>
        </w:rPr>
        <w:t>I</w:t>
      </w:r>
      <w:r>
        <w:rPr>
          <w:b/>
          <w:color w:val="000000"/>
          <w:sz w:val="28"/>
          <w:szCs w:val="28"/>
          <w:shd w:val="clear" w:color="auto" w:fill="FFFFFF"/>
        </w:rPr>
        <w:t xml:space="preserve">I. </w:t>
      </w:r>
      <w:proofErr w:type="spellStart"/>
      <w:r w:rsidRPr="0045400A">
        <w:rPr>
          <w:b/>
          <w:color w:val="000000"/>
          <w:sz w:val="28"/>
          <w:szCs w:val="28"/>
          <w:shd w:val="clear" w:color="auto" w:fill="FFFFFF"/>
        </w:rPr>
        <w:t>HUNGARIAN</w:t>
      </w:r>
      <w:proofErr w:type="spellEnd"/>
      <w:r w:rsidRPr="0045400A">
        <w:rPr>
          <w:b/>
          <w:color w:val="000000"/>
          <w:sz w:val="28"/>
          <w:szCs w:val="28"/>
          <w:shd w:val="clear" w:color="auto" w:fill="FFFFFF"/>
        </w:rPr>
        <w:t xml:space="preserve"> CIRCUS </w:t>
      </w:r>
      <w:proofErr w:type="spellStart"/>
      <w:r w:rsidRPr="0045400A">
        <w:rPr>
          <w:b/>
          <w:color w:val="000000"/>
          <w:sz w:val="28"/>
          <w:szCs w:val="28"/>
          <w:shd w:val="clear" w:color="auto" w:fill="FFFFFF"/>
        </w:rPr>
        <w:t>TALENT</w:t>
      </w:r>
      <w:proofErr w:type="spellEnd"/>
      <w:r w:rsidRPr="0045400A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5400A">
        <w:rPr>
          <w:b/>
          <w:color w:val="000000"/>
          <w:sz w:val="28"/>
          <w:szCs w:val="28"/>
          <w:shd w:val="clear" w:color="auto" w:fill="FFFFFF"/>
        </w:rPr>
        <w:t>FESZTIVÁL JELENTKEZÉSI</w:t>
      </w:r>
      <w:proofErr w:type="gramEnd"/>
      <w:r w:rsidRPr="0045400A">
        <w:rPr>
          <w:b/>
          <w:color w:val="000000"/>
          <w:sz w:val="28"/>
          <w:szCs w:val="28"/>
          <w:shd w:val="clear" w:color="auto" w:fill="FFFFFF"/>
        </w:rPr>
        <w:t xml:space="preserve"> LAP</w:t>
      </w:r>
    </w:p>
    <w:p w:rsidR="00101560" w:rsidRPr="00200F32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101560" w:rsidRDefault="00101560" w:rsidP="001015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</w:pPr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A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magyar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cirkuszművészet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népszerűsítésére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, a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cirkuszművészet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területén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felbukkanó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tehetségek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felfedezésére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és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támogatására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, a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műkedvelő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cirkuszművészeti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közösségek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,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klubok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és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egyesüle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tek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szakmai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támogatására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Nemze</w:t>
      </w:r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ti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Cirkuszművészet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Központ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magyar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professzionális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artistaművészeti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képzőhelyek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kel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együtt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tehetségkutató</w:t>
      </w:r>
      <w:proofErr w:type="spellEnd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 w:rsidRPr="00E261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ersenyt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fesztivált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szervez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hu-HU"/>
        </w:rPr>
        <w:t>.</w:t>
      </w:r>
    </w:p>
    <w:p w:rsidR="00101560" w:rsidRDefault="00101560" w:rsidP="00101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01560" w:rsidRPr="00E26177" w:rsidRDefault="00101560" w:rsidP="00101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101560" w:rsidRPr="00200F32" w:rsidRDefault="00101560" w:rsidP="00101560">
      <w:pPr>
        <w:pStyle w:val="NormlWeb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FFFFF"/>
        </w:rPr>
      </w:pPr>
      <w:proofErr w:type="gramStart"/>
      <w:r w:rsidRPr="00200F32">
        <w:rPr>
          <w:b/>
          <w:color w:val="000000"/>
          <w:shd w:val="clear" w:color="auto" w:fill="FFFFFF"/>
        </w:rPr>
        <w:t>PROFESSZIONÁLIS</w:t>
      </w:r>
      <w:proofErr w:type="gramEnd"/>
      <w:r w:rsidRPr="00200F32">
        <w:rPr>
          <w:b/>
          <w:color w:val="000000"/>
          <w:shd w:val="clear" w:color="auto" w:fill="FFFFFF"/>
        </w:rPr>
        <w:t xml:space="preserve"> ELŐADÓK JELENTKEZÉSI LAPJA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(</w:t>
      </w:r>
      <w:proofErr w:type="gramStart"/>
      <w:r>
        <w:rPr>
          <w:color w:val="000000"/>
          <w:shd w:val="clear" w:color="auto" w:fill="FFFFFF"/>
        </w:rPr>
        <w:t>Professzionális</w:t>
      </w:r>
      <w:proofErr w:type="gramEnd"/>
      <w:r>
        <w:rPr>
          <w:color w:val="000000"/>
          <w:shd w:val="clear" w:color="auto" w:fill="FFFFFF"/>
        </w:rPr>
        <w:t xml:space="preserve"> cirkuszi műsor egykori vagy jelenlegi szerződtetett előadója, vagy </w:t>
      </w:r>
      <w:proofErr w:type="spellStart"/>
      <w:r>
        <w:rPr>
          <w:color w:val="000000"/>
          <w:shd w:val="clear" w:color="auto" w:fill="FFFFFF"/>
        </w:rPr>
        <w:t>BIAK</w:t>
      </w:r>
      <w:proofErr w:type="spellEnd"/>
      <w:r>
        <w:rPr>
          <w:color w:val="000000"/>
          <w:shd w:val="clear" w:color="auto" w:fill="FFFFFF"/>
        </w:rPr>
        <w:t xml:space="preserve"> tanulói jogviszonnyal rendelkező előadó részére.) 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Jelentkezési lap beküldésének határideje: </w:t>
      </w:r>
      <w:r>
        <w:rPr>
          <w:b/>
          <w:color w:val="000000"/>
          <w:shd w:val="clear" w:color="auto" w:fill="FFFFFF"/>
        </w:rPr>
        <w:t>2027. március 15.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 kitöltött jelentkezési lappal</w:t>
      </w:r>
      <w:r w:rsidRPr="00E26177">
        <w:rPr>
          <w:color w:val="000000"/>
        </w:rPr>
        <w:t xml:space="preserve"> együtt videófelvételt szükséges küldeni a </w:t>
      </w:r>
      <w:r w:rsidRPr="00E26177">
        <w:rPr>
          <w:b/>
          <w:color w:val="000000"/>
        </w:rPr>
        <w:t>manezs</w:t>
      </w:r>
      <w:r w:rsidRPr="00E26177">
        <w:rPr>
          <w:color w:val="000000"/>
        </w:rPr>
        <w:t>.</w:t>
      </w:r>
      <w:r w:rsidRPr="00E26177">
        <w:rPr>
          <w:b/>
          <w:color w:val="000000"/>
        </w:rPr>
        <w:t>talent@biak</w:t>
      </w:r>
      <w:r w:rsidRPr="00E26177">
        <w:rPr>
          <w:color w:val="000000"/>
        </w:rPr>
        <w:t>.</w:t>
      </w:r>
      <w:r w:rsidRPr="00E26177">
        <w:rPr>
          <w:b/>
          <w:color w:val="000000"/>
        </w:rPr>
        <w:t>hu</w:t>
      </w:r>
      <w:r w:rsidRPr="00E26177">
        <w:rPr>
          <w:color w:val="000000"/>
        </w:rPr>
        <w:t xml:space="preserve"> e-mail címre</w:t>
      </w:r>
      <w:r>
        <w:rPr>
          <w:color w:val="000000"/>
        </w:rPr>
        <w:t xml:space="preserve"> a </w:t>
      </w:r>
      <w:proofErr w:type="gramStart"/>
      <w:r>
        <w:rPr>
          <w:color w:val="000000"/>
        </w:rPr>
        <w:t>produkció</w:t>
      </w:r>
      <w:r>
        <w:rPr>
          <w:color w:val="000000"/>
        </w:rPr>
        <w:t>ról</w:t>
      </w:r>
      <w:proofErr w:type="gramEnd"/>
      <w:r>
        <w:rPr>
          <w:color w:val="000000"/>
        </w:rPr>
        <w:t xml:space="preserve">, mely maximum 5 perces lehet. </w:t>
      </w:r>
    </w:p>
    <w:p w:rsidR="00101560" w:rsidRPr="00200F32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A jelentkezők közül, a </w:t>
      </w:r>
      <w:proofErr w:type="gramStart"/>
      <w:r>
        <w:rPr>
          <w:color w:val="000000"/>
        </w:rPr>
        <w:t>zsűri</w:t>
      </w:r>
      <w:proofErr w:type="gramEnd"/>
      <w:r>
        <w:rPr>
          <w:color w:val="000000"/>
        </w:rPr>
        <w:t xml:space="preserve"> választja ki a gálaműsor fellépőit.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gálaműsorra történő jelentkezés díjmentes.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  <w:shd w:val="clear" w:color="auto" w:fill="FFFFFF"/>
        </w:rPr>
        <w:t>EGYÉNI JELENTKEZŐ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>A Jelentkező neve</w:t>
      </w:r>
      <w:proofErr w:type="gramStart"/>
      <w:r>
        <w:rPr>
          <w:color w:val="000000"/>
          <w:shd w:val="clear" w:color="auto" w:fill="FFFFFF"/>
        </w:rPr>
        <w:t>:</w:t>
      </w:r>
      <w:r>
        <w:rPr>
          <w:rStyle w:val="apple-tab-span"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…</w:t>
      </w:r>
      <w:proofErr w:type="gramEnd"/>
      <w:r>
        <w:rPr>
          <w:color w:val="000000"/>
          <w:shd w:val="clear" w:color="auto" w:fill="FFFFFF"/>
        </w:rPr>
        <w:t>……………………………………………………………………………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 xml:space="preserve">A Jelentkező születési </w:t>
      </w:r>
      <w:proofErr w:type="gramStart"/>
      <w:r>
        <w:rPr>
          <w:color w:val="000000"/>
          <w:shd w:val="clear" w:color="auto" w:fill="FFFFFF"/>
        </w:rPr>
        <w:t>dátuma</w:t>
      </w:r>
      <w:proofErr w:type="gramEnd"/>
      <w:r>
        <w:rPr>
          <w:color w:val="000000"/>
          <w:shd w:val="clear" w:color="auto" w:fill="FFFFFF"/>
        </w:rPr>
        <w:t>, kora</w:t>
      </w:r>
      <w:r>
        <w:rPr>
          <w:color w:val="000000"/>
          <w:shd w:val="clear" w:color="auto" w:fill="FFFFFF"/>
        </w:rPr>
        <w:t xml:space="preserve">: </w:t>
      </w:r>
      <w:r>
        <w:rPr>
          <w:rStyle w:val="apple-tab-span"/>
          <w:color w:val="000000"/>
          <w:shd w:val="clear" w:color="auto" w:fill="FFFFFF"/>
        </w:rPr>
        <w:t>………….</w:t>
      </w:r>
      <w:r>
        <w:rPr>
          <w:color w:val="000000"/>
          <w:shd w:val="clear" w:color="auto" w:fill="FFFFFF"/>
        </w:rPr>
        <w:t>………………………………………………………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>A Jelentkező email címe</w:t>
      </w:r>
      <w:proofErr w:type="gramStart"/>
      <w:r>
        <w:rPr>
          <w:color w:val="000000"/>
          <w:shd w:val="clear" w:color="auto" w:fill="FFFFFF"/>
        </w:rPr>
        <w:t xml:space="preserve">: </w:t>
      </w:r>
      <w:r>
        <w:rPr>
          <w:rStyle w:val="apple-tab-span"/>
          <w:color w:val="000000"/>
          <w:shd w:val="clear" w:color="auto" w:fill="FFFFFF"/>
        </w:rPr>
        <w:t>…</w:t>
      </w:r>
      <w:proofErr w:type="gramEnd"/>
      <w:r>
        <w:rPr>
          <w:rStyle w:val="apple-tab-span"/>
          <w:color w:val="000000"/>
          <w:shd w:val="clear" w:color="auto" w:fill="FFFFFF"/>
        </w:rPr>
        <w:t>……………..</w:t>
      </w:r>
      <w:r>
        <w:rPr>
          <w:color w:val="000000"/>
          <w:shd w:val="clear" w:color="auto" w:fill="FFFFFF"/>
        </w:rPr>
        <w:t>………………………………………………………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>A Jelentkező telefonszáma</w:t>
      </w:r>
      <w:proofErr w:type="gramStart"/>
      <w:r>
        <w:rPr>
          <w:color w:val="000000"/>
          <w:shd w:val="clear" w:color="auto" w:fill="FFFFFF"/>
        </w:rPr>
        <w:t xml:space="preserve">: </w:t>
      </w:r>
      <w:r>
        <w:rPr>
          <w:rStyle w:val="apple-tab-span"/>
          <w:color w:val="000000"/>
          <w:shd w:val="clear" w:color="auto" w:fill="FFFFFF"/>
        </w:rPr>
        <w:t>…</w:t>
      </w:r>
      <w:proofErr w:type="gramEnd"/>
      <w:r>
        <w:rPr>
          <w:rStyle w:val="apple-tab-span"/>
          <w:color w:val="000000"/>
          <w:shd w:val="clear" w:color="auto" w:fill="FFFFFF"/>
        </w:rPr>
        <w:t>…………..</w:t>
      </w:r>
      <w:r>
        <w:rPr>
          <w:color w:val="000000"/>
          <w:shd w:val="clear" w:color="auto" w:fill="FFFFFF"/>
        </w:rPr>
        <w:t>………………………………………………………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Jelentkező Stúdiója/Egyesülete</w:t>
      </w:r>
      <w:proofErr w:type="gramStart"/>
      <w:r>
        <w:rPr>
          <w:color w:val="000000"/>
          <w:shd w:val="clear" w:color="auto" w:fill="FFFFFF"/>
        </w:rPr>
        <w:t xml:space="preserve">: </w:t>
      </w:r>
      <w:r>
        <w:rPr>
          <w:rStyle w:val="apple-tab-span"/>
          <w:color w:val="000000"/>
          <w:shd w:val="clear" w:color="auto" w:fill="FFFFFF"/>
        </w:rPr>
        <w:t>…</w:t>
      </w:r>
      <w:proofErr w:type="gramEnd"/>
      <w:r>
        <w:rPr>
          <w:rStyle w:val="apple-tab-span"/>
          <w:color w:val="000000"/>
          <w:shd w:val="clear" w:color="auto" w:fill="FFFFFF"/>
        </w:rPr>
        <w:t>……</w:t>
      </w:r>
      <w:r>
        <w:rPr>
          <w:color w:val="000000"/>
          <w:shd w:val="clear" w:color="auto" w:fill="FFFFFF"/>
        </w:rPr>
        <w:t>………………………………………………………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>A Jelentkező edzőjének/felkészítő tanárának neve</w:t>
      </w:r>
      <w:proofErr w:type="gramStart"/>
      <w:r>
        <w:rPr>
          <w:color w:val="000000"/>
          <w:shd w:val="clear" w:color="auto" w:fill="FFFFFF"/>
        </w:rPr>
        <w:t>: …</w:t>
      </w:r>
      <w:proofErr w:type="gramEnd"/>
      <w:r>
        <w:rPr>
          <w:color w:val="000000"/>
          <w:shd w:val="clear" w:color="auto" w:fill="FFFFFF"/>
        </w:rPr>
        <w:t>…………………………………………..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A Jelentkező </w:t>
      </w:r>
      <w:r>
        <w:rPr>
          <w:b/>
          <w:bCs/>
          <w:color w:val="000000"/>
          <w:shd w:val="clear" w:color="auto" w:fill="FFFFFF"/>
        </w:rPr>
        <w:t>szakmai</w:t>
      </w:r>
      <w:r>
        <w:rPr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kategóriája</w:t>
      </w:r>
      <w:r>
        <w:rPr>
          <w:color w:val="000000"/>
          <w:shd w:val="clear" w:color="auto" w:fill="FFFFFF"/>
        </w:rPr>
        <w:t xml:space="preserve"> (</w:t>
      </w:r>
      <w:proofErr w:type="gramStart"/>
      <w:r>
        <w:rPr>
          <w:color w:val="000000"/>
          <w:shd w:val="clear" w:color="auto" w:fill="FFFFFF"/>
        </w:rPr>
        <w:t>kérjük</w:t>
      </w:r>
      <w:proofErr w:type="gramEnd"/>
      <w:r>
        <w:rPr>
          <w:color w:val="000000"/>
          <w:shd w:val="clear" w:color="auto" w:fill="FFFFFF"/>
        </w:rPr>
        <w:t xml:space="preserve"> </w:t>
      </w:r>
      <w:r w:rsidRPr="00014C8A">
        <w:rPr>
          <w:b/>
          <w:color w:val="000000"/>
          <w:shd w:val="clear" w:color="auto" w:fill="FFFFFF"/>
        </w:rPr>
        <w:t>húzza</w:t>
      </w:r>
      <w:r>
        <w:rPr>
          <w:color w:val="000000"/>
          <w:shd w:val="clear" w:color="auto" w:fill="FFFFFF"/>
        </w:rPr>
        <w:t xml:space="preserve"> </w:t>
      </w:r>
      <w:r w:rsidRPr="00014C8A">
        <w:rPr>
          <w:b/>
          <w:color w:val="000000"/>
          <w:shd w:val="clear" w:color="auto" w:fill="FFFFFF"/>
        </w:rPr>
        <w:t>alá</w:t>
      </w:r>
      <w:r>
        <w:rPr>
          <w:color w:val="000000"/>
          <w:shd w:val="clear" w:color="auto" w:fill="FFFFFF"/>
        </w:rPr>
        <w:t xml:space="preserve"> a megfelelő kategóriát):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Akrobatika </w:t>
      </w:r>
      <w:proofErr w:type="gramStart"/>
      <w:r>
        <w:rPr>
          <w:color w:val="000000"/>
          <w:shd w:val="clear" w:color="auto" w:fill="FFFFFF"/>
        </w:rPr>
        <w:t>produkció</w:t>
      </w:r>
      <w:proofErr w:type="gramEnd"/>
      <w:r>
        <w:rPr>
          <w:color w:val="000000"/>
          <w:shd w:val="clear" w:color="auto" w:fill="FFFFFF"/>
        </w:rPr>
        <w:t xml:space="preserve">     Légtorna produkció     Ügyesség produkció      Kreatív produkció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Jelentkező </w:t>
      </w:r>
      <w:r w:rsidRPr="00B46A8A">
        <w:rPr>
          <w:b/>
          <w:color w:val="000000"/>
          <w:shd w:val="clear" w:color="auto" w:fill="FFFFFF"/>
        </w:rPr>
        <w:t>korcsoportja</w:t>
      </w:r>
      <w:r>
        <w:rPr>
          <w:color w:val="000000"/>
          <w:shd w:val="clear" w:color="auto" w:fill="FFFFFF"/>
        </w:rPr>
        <w:t xml:space="preserve"> (</w:t>
      </w:r>
      <w:proofErr w:type="gramStart"/>
      <w:r>
        <w:rPr>
          <w:color w:val="000000"/>
          <w:shd w:val="clear" w:color="auto" w:fill="FFFFFF"/>
        </w:rPr>
        <w:t>kérjük</w:t>
      </w:r>
      <w:proofErr w:type="gramEnd"/>
      <w:r>
        <w:rPr>
          <w:color w:val="000000"/>
          <w:shd w:val="clear" w:color="auto" w:fill="FFFFFF"/>
        </w:rPr>
        <w:t xml:space="preserve"> </w:t>
      </w:r>
      <w:r w:rsidRPr="00014C8A">
        <w:rPr>
          <w:b/>
          <w:color w:val="000000"/>
          <w:shd w:val="clear" w:color="auto" w:fill="FFFFFF"/>
        </w:rPr>
        <w:t>húzza</w:t>
      </w:r>
      <w:r>
        <w:rPr>
          <w:color w:val="000000"/>
          <w:shd w:val="clear" w:color="auto" w:fill="FFFFFF"/>
        </w:rPr>
        <w:t xml:space="preserve"> </w:t>
      </w:r>
      <w:r w:rsidRPr="00014C8A">
        <w:rPr>
          <w:b/>
          <w:color w:val="000000"/>
          <w:shd w:val="clear" w:color="auto" w:fill="FFFFFF"/>
        </w:rPr>
        <w:t>alá</w:t>
      </w:r>
      <w:r>
        <w:rPr>
          <w:color w:val="000000"/>
          <w:shd w:val="clear" w:color="auto" w:fill="FFFFFF"/>
        </w:rPr>
        <w:t xml:space="preserve"> a megfelelő korcsoportot): 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  <w:r>
        <w:t>Junior I. (6-13 éves kor</w:t>
      </w:r>
      <w:proofErr w:type="gramStart"/>
      <w:r>
        <w:t>)      Junior</w:t>
      </w:r>
      <w:proofErr w:type="gramEnd"/>
      <w:r>
        <w:t xml:space="preserve"> II. (14-19 éves kor)      Felnőtt (20 éves kor felett)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  <w:shd w:val="clear" w:color="auto" w:fill="FFFFFF"/>
        </w:rPr>
        <w:t>DUÓ (PÁROS) JELENTKEZŐK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Páros jelentkezők esetén a duó </w:t>
      </w:r>
      <w:r>
        <w:rPr>
          <w:b/>
          <w:bCs/>
          <w:color w:val="000000"/>
          <w:shd w:val="clear" w:color="auto" w:fill="FFFFFF"/>
        </w:rPr>
        <w:t>idősebb</w:t>
      </w:r>
      <w:r>
        <w:rPr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tagjának</w:t>
      </w:r>
      <w:r>
        <w:rPr>
          <w:color w:val="000000"/>
          <w:shd w:val="clear" w:color="auto" w:fill="FFFFFF"/>
        </w:rPr>
        <w:t xml:space="preserve"> a verseny napján betöltött </w:t>
      </w:r>
      <w:r>
        <w:rPr>
          <w:b/>
          <w:bCs/>
          <w:color w:val="000000"/>
          <w:shd w:val="clear" w:color="auto" w:fill="FFFFFF"/>
        </w:rPr>
        <w:t>életkora</w:t>
      </w:r>
      <w:r>
        <w:rPr>
          <w:color w:val="000000"/>
          <w:shd w:val="clear" w:color="auto" w:fill="FFFFFF"/>
        </w:rPr>
        <w:t xml:space="preserve"> szerinti korcsoportban versenyezhetnek. 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 xml:space="preserve">A Jelentkezők neve: </w:t>
      </w:r>
      <w:r>
        <w:rPr>
          <w:rStyle w:val="apple-tab-span"/>
          <w:color w:val="000000"/>
          <w:shd w:val="clear" w:color="auto" w:fill="FFFFFF"/>
        </w:rPr>
        <w:tab/>
      </w:r>
      <w:proofErr w:type="gramStart"/>
      <w:r>
        <w:rPr>
          <w:rStyle w:val="apple-tab-span"/>
          <w:color w:val="000000"/>
          <w:shd w:val="clear" w:color="auto" w:fill="FFFFFF"/>
        </w:rPr>
        <w:t>……………………...</w:t>
      </w:r>
      <w:r>
        <w:rPr>
          <w:color w:val="000000"/>
          <w:shd w:val="clear" w:color="auto" w:fill="FFFFFF"/>
        </w:rPr>
        <w:t>……………………………………………………</w:t>
      </w:r>
      <w:proofErr w:type="gramEnd"/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apple-tab-span"/>
          <w:color w:val="000000"/>
          <w:shd w:val="clear" w:color="auto" w:fill="FFFFFF"/>
        </w:rPr>
        <w:tab/>
      </w:r>
      <w:r>
        <w:rPr>
          <w:rStyle w:val="apple-tab-span"/>
          <w:color w:val="000000"/>
          <w:shd w:val="clear" w:color="auto" w:fill="FFFFFF"/>
        </w:rPr>
        <w:tab/>
      </w:r>
      <w:r>
        <w:rPr>
          <w:rStyle w:val="apple-tab-span"/>
          <w:color w:val="000000"/>
          <w:shd w:val="clear" w:color="auto" w:fill="FFFFFF"/>
        </w:rPr>
        <w:tab/>
        <w:t>……………………...</w:t>
      </w:r>
      <w:r>
        <w:rPr>
          <w:color w:val="000000"/>
          <w:shd w:val="clear" w:color="auto" w:fill="FFFFFF"/>
        </w:rPr>
        <w:t>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 xml:space="preserve">A Jelentkezők születési </w:t>
      </w:r>
      <w:proofErr w:type="gramStart"/>
      <w:r>
        <w:rPr>
          <w:color w:val="000000"/>
          <w:shd w:val="clear" w:color="auto" w:fill="FFFFFF"/>
        </w:rPr>
        <w:t>dátumai</w:t>
      </w:r>
      <w:proofErr w:type="gramEnd"/>
      <w:r>
        <w:rPr>
          <w:color w:val="000000"/>
          <w:shd w:val="clear" w:color="auto" w:fill="FFFFFF"/>
        </w:rPr>
        <w:t>, korai</w:t>
      </w:r>
      <w:r>
        <w:rPr>
          <w:color w:val="000000"/>
          <w:shd w:val="clear" w:color="auto" w:fill="FFFFFF"/>
        </w:rPr>
        <w:t xml:space="preserve">: </w:t>
      </w:r>
      <w:r>
        <w:rPr>
          <w:rStyle w:val="apple-tab-span"/>
          <w:color w:val="000000"/>
          <w:shd w:val="clear" w:color="auto" w:fill="FFFFFF"/>
        </w:rPr>
        <w:t>………….</w:t>
      </w:r>
      <w:r>
        <w:rPr>
          <w:color w:val="000000"/>
          <w:shd w:val="clear" w:color="auto" w:fill="FFFFFF"/>
        </w:rPr>
        <w:t>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apple-tab-span"/>
          <w:color w:val="000000"/>
          <w:shd w:val="clear" w:color="auto" w:fill="FFFFFF"/>
        </w:rPr>
        <w:tab/>
      </w:r>
      <w:r>
        <w:rPr>
          <w:rStyle w:val="apple-tab-span"/>
          <w:color w:val="000000"/>
          <w:shd w:val="clear" w:color="auto" w:fill="FFFFFF"/>
        </w:rPr>
        <w:tab/>
      </w:r>
      <w:r>
        <w:rPr>
          <w:rStyle w:val="apple-tab-span"/>
          <w:color w:val="000000"/>
          <w:shd w:val="clear" w:color="auto" w:fill="FFFFFF"/>
        </w:rPr>
        <w:tab/>
      </w:r>
      <w:r>
        <w:rPr>
          <w:rStyle w:val="apple-tab-span"/>
          <w:color w:val="000000"/>
          <w:shd w:val="clear" w:color="auto" w:fill="FFFFFF"/>
        </w:rPr>
        <w:tab/>
        <w:t xml:space="preserve">       </w:t>
      </w:r>
      <w:r>
        <w:rPr>
          <w:color w:val="000000"/>
          <w:shd w:val="clear" w:color="auto" w:fill="FFFFFF"/>
        </w:rPr>
        <w:t>………………………………………………………………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 xml:space="preserve">A Jelentkezők email címei: </w:t>
      </w:r>
      <w:r>
        <w:rPr>
          <w:rStyle w:val="apple-tab-span"/>
          <w:color w:val="000000"/>
          <w:shd w:val="clear" w:color="auto" w:fill="FFFFFF"/>
        </w:rPr>
        <w:tab/>
      </w:r>
      <w:proofErr w:type="gramStart"/>
      <w:r>
        <w:rPr>
          <w:rStyle w:val="apple-tab-span"/>
          <w:color w:val="000000"/>
          <w:shd w:val="clear" w:color="auto" w:fill="FFFFFF"/>
        </w:rPr>
        <w:t>……………...</w:t>
      </w:r>
      <w:r>
        <w:rPr>
          <w:color w:val="000000"/>
          <w:shd w:val="clear" w:color="auto" w:fill="FFFFFF"/>
        </w:rPr>
        <w:t>……………………………………………………</w:t>
      </w:r>
      <w:proofErr w:type="gramEnd"/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apple-tab-span"/>
          <w:color w:val="000000"/>
          <w:shd w:val="clear" w:color="auto" w:fill="FFFFFF"/>
        </w:rPr>
        <w:tab/>
      </w:r>
      <w:r>
        <w:rPr>
          <w:rStyle w:val="apple-tab-span"/>
          <w:color w:val="000000"/>
          <w:shd w:val="clear" w:color="auto" w:fill="FFFFFF"/>
        </w:rPr>
        <w:tab/>
      </w:r>
      <w:r>
        <w:rPr>
          <w:rStyle w:val="apple-tab-span"/>
          <w:color w:val="000000"/>
          <w:shd w:val="clear" w:color="auto" w:fill="FFFFFF"/>
        </w:rPr>
        <w:tab/>
      </w:r>
      <w:r>
        <w:rPr>
          <w:rStyle w:val="apple-tab-span"/>
          <w:color w:val="000000"/>
          <w:shd w:val="clear" w:color="auto" w:fill="FFFFFF"/>
        </w:rPr>
        <w:tab/>
        <w:t>……………...</w:t>
      </w:r>
      <w:r>
        <w:rPr>
          <w:color w:val="000000"/>
          <w:shd w:val="clear" w:color="auto" w:fill="FFFFFF"/>
        </w:rPr>
        <w:t>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>A Jelentkezők telefonszámai</w:t>
      </w:r>
      <w:proofErr w:type="gramStart"/>
      <w:r>
        <w:rPr>
          <w:color w:val="000000"/>
          <w:shd w:val="clear" w:color="auto" w:fill="FFFFFF"/>
        </w:rPr>
        <w:t xml:space="preserve">: </w:t>
      </w:r>
      <w:r>
        <w:rPr>
          <w:rStyle w:val="apple-tab-span"/>
          <w:color w:val="000000"/>
          <w:shd w:val="clear" w:color="auto" w:fill="FFFFFF"/>
        </w:rPr>
        <w:t>…</w:t>
      </w:r>
      <w:proofErr w:type="gramEnd"/>
      <w:r>
        <w:rPr>
          <w:rStyle w:val="apple-tab-span"/>
          <w:color w:val="000000"/>
          <w:shd w:val="clear" w:color="auto" w:fill="FFFFFF"/>
        </w:rPr>
        <w:t>………….</w:t>
      </w:r>
      <w:r>
        <w:rPr>
          <w:color w:val="000000"/>
          <w:shd w:val="clear" w:color="auto" w:fill="FFFFFF"/>
        </w:rPr>
        <w:t>…………………………………………………….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apple-tab-span"/>
          <w:color w:val="000000"/>
          <w:shd w:val="clear" w:color="auto" w:fill="FFFFFF"/>
        </w:rPr>
        <w:tab/>
      </w:r>
      <w:r>
        <w:rPr>
          <w:rStyle w:val="apple-tab-span"/>
          <w:color w:val="000000"/>
          <w:shd w:val="clear" w:color="auto" w:fill="FFFFFF"/>
        </w:rPr>
        <w:tab/>
      </w:r>
      <w:r>
        <w:rPr>
          <w:rStyle w:val="apple-tab-span"/>
          <w:color w:val="000000"/>
          <w:shd w:val="clear" w:color="auto" w:fill="FFFFFF"/>
        </w:rPr>
        <w:tab/>
      </w:r>
      <w:r>
        <w:rPr>
          <w:rStyle w:val="apple-tab-span"/>
          <w:color w:val="000000"/>
          <w:shd w:val="clear" w:color="auto" w:fill="FFFFFF"/>
        </w:rPr>
        <w:tab/>
        <w:t>……………..</w:t>
      </w:r>
      <w:r>
        <w:rPr>
          <w:color w:val="000000"/>
          <w:shd w:val="clear" w:color="auto" w:fill="FFFFFF"/>
        </w:rPr>
        <w:t>…………………………………………………….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>A Jelentkezők Stúdiója/Egyesülete:</w:t>
      </w:r>
      <w:r>
        <w:rPr>
          <w:rStyle w:val="apple-tab-span"/>
          <w:color w:val="000000"/>
          <w:shd w:val="clear" w:color="auto" w:fill="FFFFFF"/>
        </w:rPr>
        <w:tab/>
      </w:r>
      <w:proofErr w:type="gramStart"/>
      <w:r>
        <w:rPr>
          <w:rStyle w:val="apple-tab-span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>…………..………………………………………………</w:t>
      </w:r>
      <w:proofErr w:type="gramEnd"/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Jelentkező duó neve</w:t>
      </w:r>
      <w:proofErr w:type="gramStart"/>
      <w:r>
        <w:rPr>
          <w:color w:val="000000"/>
          <w:shd w:val="clear" w:color="auto" w:fill="FFFFFF"/>
        </w:rPr>
        <w:t xml:space="preserve">: </w:t>
      </w:r>
      <w:r>
        <w:rPr>
          <w:rStyle w:val="apple-tab-span"/>
          <w:color w:val="000000"/>
          <w:shd w:val="clear" w:color="auto" w:fill="FFFFFF"/>
        </w:rPr>
        <w:t>…</w:t>
      </w:r>
      <w:proofErr w:type="gramEnd"/>
      <w:r>
        <w:rPr>
          <w:rStyle w:val="apple-tab-span"/>
          <w:color w:val="000000"/>
          <w:shd w:val="clear" w:color="auto" w:fill="FFFFFF"/>
        </w:rPr>
        <w:t>…………………</w:t>
      </w:r>
      <w:r>
        <w:rPr>
          <w:color w:val="000000"/>
          <w:shd w:val="clear" w:color="auto" w:fill="FFFFFF"/>
        </w:rPr>
        <w:t>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>A Jelentkezők edzőjének/felkészítő tanárának neve</w:t>
      </w:r>
      <w:proofErr w:type="gramStart"/>
      <w:r>
        <w:rPr>
          <w:color w:val="000000"/>
          <w:shd w:val="clear" w:color="auto" w:fill="FFFFFF"/>
        </w:rPr>
        <w:t>: …</w:t>
      </w:r>
      <w:proofErr w:type="gramEnd"/>
      <w:r>
        <w:rPr>
          <w:color w:val="000000"/>
          <w:shd w:val="clear" w:color="auto" w:fill="FFFFFF"/>
        </w:rPr>
        <w:t>………………………………………..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A Jelentkező </w:t>
      </w:r>
      <w:r>
        <w:rPr>
          <w:b/>
          <w:bCs/>
          <w:color w:val="000000"/>
          <w:shd w:val="clear" w:color="auto" w:fill="FFFFFF"/>
        </w:rPr>
        <w:t>szakmai</w:t>
      </w:r>
      <w:r>
        <w:rPr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kategóriája</w:t>
      </w:r>
      <w:r>
        <w:rPr>
          <w:color w:val="000000"/>
          <w:shd w:val="clear" w:color="auto" w:fill="FFFFFF"/>
        </w:rPr>
        <w:t xml:space="preserve"> (</w:t>
      </w:r>
      <w:proofErr w:type="gramStart"/>
      <w:r>
        <w:rPr>
          <w:color w:val="000000"/>
          <w:shd w:val="clear" w:color="auto" w:fill="FFFFFF"/>
        </w:rPr>
        <w:t>kérjük</w:t>
      </w:r>
      <w:proofErr w:type="gramEnd"/>
      <w:r>
        <w:rPr>
          <w:color w:val="000000"/>
          <w:shd w:val="clear" w:color="auto" w:fill="FFFFFF"/>
        </w:rPr>
        <w:t xml:space="preserve"> </w:t>
      </w:r>
      <w:r w:rsidRPr="00014C8A">
        <w:rPr>
          <w:b/>
          <w:color w:val="000000"/>
          <w:shd w:val="clear" w:color="auto" w:fill="FFFFFF"/>
        </w:rPr>
        <w:t>húzza</w:t>
      </w:r>
      <w:r>
        <w:rPr>
          <w:color w:val="000000"/>
          <w:shd w:val="clear" w:color="auto" w:fill="FFFFFF"/>
        </w:rPr>
        <w:t xml:space="preserve"> </w:t>
      </w:r>
      <w:r w:rsidRPr="00014C8A">
        <w:rPr>
          <w:b/>
          <w:color w:val="000000"/>
          <w:shd w:val="clear" w:color="auto" w:fill="FFFFFF"/>
        </w:rPr>
        <w:t>alá</w:t>
      </w:r>
      <w:r>
        <w:rPr>
          <w:color w:val="000000"/>
          <w:shd w:val="clear" w:color="auto" w:fill="FFFFFF"/>
        </w:rPr>
        <w:t xml:space="preserve"> a megfelelő kategóriát):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Akrobatika </w:t>
      </w:r>
      <w:proofErr w:type="gramStart"/>
      <w:r>
        <w:rPr>
          <w:color w:val="000000"/>
          <w:shd w:val="clear" w:color="auto" w:fill="FFFFFF"/>
        </w:rPr>
        <w:t>produkció</w:t>
      </w:r>
      <w:proofErr w:type="gramEnd"/>
      <w:r>
        <w:rPr>
          <w:color w:val="000000"/>
          <w:shd w:val="clear" w:color="auto" w:fill="FFFFFF"/>
        </w:rPr>
        <w:t xml:space="preserve">     Légtorna produkció     Ügyesség produkció      Kreatív produkció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Jelentkező </w:t>
      </w:r>
      <w:r w:rsidRPr="00B46A8A">
        <w:rPr>
          <w:b/>
          <w:color w:val="000000"/>
          <w:shd w:val="clear" w:color="auto" w:fill="FFFFFF"/>
        </w:rPr>
        <w:t>korcsoportja</w:t>
      </w:r>
      <w:r>
        <w:rPr>
          <w:color w:val="000000"/>
          <w:shd w:val="clear" w:color="auto" w:fill="FFFFFF"/>
        </w:rPr>
        <w:t xml:space="preserve"> (</w:t>
      </w:r>
      <w:proofErr w:type="gramStart"/>
      <w:r>
        <w:rPr>
          <w:color w:val="000000"/>
          <w:shd w:val="clear" w:color="auto" w:fill="FFFFFF"/>
        </w:rPr>
        <w:t>kérjük</w:t>
      </w:r>
      <w:proofErr w:type="gramEnd"/>
      <w:r>
        <w:rPr>
          <w:color w:val="000000"/>
          <w:shd w:val="clear" w:color="auto" w:fill="FFFFFF"/>
        </w:rPr>
        <w:t xml:space="preserve"> </w:t>
      </w:r>
      <w:r w:rsidRPr="00014C8A">
        <w:rPr>
          <w:b/>
          <w:color w:val="000000"/>
          <w:shd w:val="clear" w:color="auto" w:fill="FFFFFF"/>
        </w:rPr>
        <w:t>húzza</w:t>
      </w:r>
      <w:r>
        <w:rPr>
          <w:color w:val="000000"/>
          <w:shd w:val="clear" w:color="auto" w:fill="FFFFFF"/>
        </w:rPr>
        <w:t xml:space="preserve"> </w:t>
      </w:r>
      <w:r w:rsidRPr="00014C8A">
        <w:rPr>
          <w:b/>
          <w:color w:val="000000"/>
          <w:shd w:val="clear" w:color="auto" w:fill="FFFFFF"/>
        </w:rPr>
        <w:t>alá</w:t>
      </w:r>
      <w:r>
        <w:rPr>
          <w:color w:val="000000"/>
          <w:shd w:val="clear" w:color="auto" w:fill="FFFFFF"/>
        </w:rPr>
        <w:t xml:space="preserve"> a megfelelő korcsoportot): 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  <w:r>
        <w:t>Junior I. (6-13 éves kor</w:t>
      </w:r>
      <w:proofErr w:type="gramStart"/>
      <w:r>
        <w:t>)      Junior</w:t>
      </w:r>
      <w:proofErr w:type="gramEnd"/>
      <w:r>
        <w:t xml:space="preserve"> II. (14-19 éves kor)      Felnőtt (20 éves kor felett)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Pr="00B46A8A" w:rsidRDefault="00101560" w:rsidP="00101560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  <w:shd w:val="clear" w:color="auto" w:fill="FFFFFF"/>
        </w:rPr>
        <w:t>CSOPORTOS JELENTKEZŐK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b/>
          <w:bCs/>
          <w:color w:val="000000"/>
        </w:rPr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Csoportként indulhat minden két főnél nagyobb résztvevővel induló csapat. A csoport önálló </w:t>
      </w:r>
      <w:proofErr w:type="gramStart"/>
      <w:r>
        <w:rPr>
          <w:color w:val="000000"/>
          <w:shd w:val="clear" w:color="auto" w:fill="FFFFFF"/>
        </w:rPr>
        <w:t>kategóriában</w:t>
      </w:r>
      <w:proofErr w:type="gramEnd"/>
      <w:r>
        <w:rPr>
          <w:color w:val="000000"/>
          <w:shd w:val="clear" w:color="auto" w:fill="FFFFFF"/>
        </w:rPr>
        <w:t xml:space="preserve"> jelentkezhet </w:t>
      </w:r>
      <w:r>
        <w:rPr>
          <w:b/>
          <w:bCs/>
          <w:color w:val="000000"/>
          <w:shd w:val="clear" w:color="auto" w:fill="FFFFFF"/>
        </w:rPr>
        <w:t>korcsoporttól</w:t>
      </w:r>
      <w:r>
        <w:rPr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függetlenül</w:t>
      </w:r>
      <w:r>
        <w:rPr>
          <w:color w:val="000000"/>
          <w:shd w:val="clear" w:color="auto" w:fill="FFFFFF"/>
        </w:rPr>
        <w:t>. 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>A Csoportvezető neve</w:t>
      </w:r>
      <w:proofErr w:type="gramStart"/>
      <w:r>
        <w:rPr>
          <w:color w:val="000000"/>
          <w:shd w:val="clear" w:color="auto" w:fill="FFFFFF"/>
        </w:rPr>
        <w:t xml:space="preserve">: </w:t>
      </w:r>
      <w:r>
        <w:rPr>
          <w:rStyle w:val="apple-tab-span"/>
          <w:color w:val="000000"/>
          <w:shd w:val="clear" w:color="auto" w:fill="FFFFFF"/>
        </w:rPr>
        <w:t xml:space="preserve"> …</w:t>
      </w:r>
      <w:proofErr w:type="gramEnd"/>
      <w:r>
        <w:rPr>
          <w:rStyle w:val="apple-tab-span"/>
          <w:color w:val="000000"/>
          <w:shd w:val="clear" w:color="auto" w:fill="FFFFFF"/>
        </w:rPr>
        <w:t>……………………</w:t>
      </w:r>
      <w:r>
        <w:rPr>
          <w:color w:val="000000"/>
          <w:shd w:val="clear" w:color="auto" w:fill="FFFFFF"/>
        </w:rPr>
        <w:t>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 xml:space="preserve">A Csoportvezető születési </w:t>
      </w:r>
      <w:proofErr w:type="gramStart"/>
      <w:r>
        <w:rPr>
          <w:color w:val="000000"/>
          <w:shd w:val="clear" w:color="auto" w:fill="FFFFFF"/>
        </w:rPr>
        <w:t>dátuma</w:t>
      </w:r>
      <w:proofErr w:type="gramEnd"/>
      <w:r>
        <w:rPr>
          <w:color w:val="000000"/>
          <w:shd w:val="clear" w:color="auto" w:fill="FFFFFF"/>
        </w:rPr>
        <w:t xml:space="preserve">: </w:t>
      </w:r>
      <w:r>
        <w:rPr>
          <w:rStyle w:val="apple-tab-span"/>
          <w:color w:val="000000"/>
          <w:shd w:val="clear" w:color="auto" w:fill="FFFFFF"/>
        </w:rPr>
        <w:tab/>
        <w:t>………</w:t>
      </w:r>
      <w:r>
        <w:rPr>
          <w:color w:val="000000"/>
          <w:shd w:val="clear" w:color="auto" w:fill="FFFFFF"/>
        </w:rPr>
        <w:t>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>A Csoportvezető email címe</w:t>
      </w:r>
      <w:proofErr w:type="gramStart"/>
      <w:r>
        <w:rPr>
          <w:color w:val="000000"/>
          <w:shd w:val="clear" w:color="auto" w:fill="FFFFFF"/>
        </w:rPr>
        <w:t xml:space="preserve">: </w:t>
      </w:r>
      <w:r>
        <w:rPr>
          <w:rStyle w:val="apple-tab-span"/>
          <w:color w:val="000000"/>
          <w:shd w:val="clear" w:color="auto" w:fill="FFFFFF"/>
        </w:rPr>
        <w:t>…</w:t>
      </w:r>
      <w:proofErr w:type="gramEnd"/>
      <w:r>
        <w:rPr>
          <w:rStyle w:val="apple-tab-span"/>
          <w:color w:val="000000"/>
          <w:shd w:val="clear" w:color="auto" w:fill="FFFFFF"/>
        </w:rPr>
        <w:t>……………</w:t>
      </w:r>
      <w:r>
        <w:rPr>
          <w:color w:val="000000"/>
          <w:shd w:val="clear" w:color="auto" w:fill="FFFFFF"/>
        </w:rPr>
        <w:t>……………………………………………………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>A Csoportvezető telefonszáma</w:t>
      </w:r>
      <w:proofErr w:type="gramStart"/>
      <w:r>
        <w:rPr>
          <w:color w:val="000000"/>
          <w:shd w:val="clear" w:color="auto" w:fill="FFFFFF"/>
        </w:rPr>
        <w:t xml:space="preserve">: </w:t>
      </w:r>
      <w:r>
        <w:rPr>
          <w:rStyle w:val="apple-tab-span"/>
          <w:color w:val="000000"/>
          <w:shd w:val="clear" w:color="auto" w:fill="FFFFFF"/>
        </w:rPr>
        <w:t>…</w:t>
      </w:r>
      <w:proofErr w:type="gramEnd"/>
      <w:r>
        <w:rPr>
          <w:rStyle w:val="apple-tab-span"/>
          <w:color w:val="000000"/>
          <w:shd w:val="clear" w:color="auto" w:fill="FFFFFF"/>
        </w:rPr>
        <w:t>…………</w:t>
      </w:r>
      <w:r>
        <w:rPr>
          <w:color w:val="000000"/>
          <w:shd w:val="clear" w:color="auto" w:fill="FFFFFF"/>
        </w:rPr>
        <w:t>……………………………………………………</w:t>
      </w:r>
    </w:p>
    <w:p w:rsidR="00101560" w:rsidRPr="00884869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A Csoport Stúdiója/Egyesülete</w:t>
      </w:r>
      <w:proofErr w:type="gramStart"/>
      <w:r>
        <w:rPr>
          <w:color w:val="000000"/>
          <w:shd w:val="clear" w:color="auto" w:fill="FFFFFF"/>
        </w:rPr>
        <w:t>:</w:t>
      </w:r>
      <w:r>
        <w:rPr>
          <w:rStyle w:val="apple-tab-span"/>
          <w:color w:val="000000"/>
          <w:shd w:val="clear" w:color="auto" w:fill="FFFFFF"/>
        </w:rPr>
        <w:t>…………….</w:t>
      </w:r>
      <w:r>
        <w:rPr>
          <w:color w:val="000000"/>
          <w:shd w:val="clear" w:color="auto" w:fill="FFFFFF"/>
        </w:rPr>
        <w:t>……………………………………………………</w:t>
      </w:r>
      <w:proofErr w:type="gramEnd"/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 xml:space="preserve">A Csoport létszáma: </w:t>
      </w:r>
      <w:r>
        <w:rPr>
          <w:rStyle w:val="apple-tab-span"/>
          <w:color w:val="000000"/>
          <w:shd w:val="clear" w:color="auto" w:fill="FFFFFF"/>
        </w:rPr>
        <w:tab/>
      </w:r>
      <w:proofErr w:type="gramStart"/>
      <w:r>
        <w:rPr>
          <w:rStyle w:val="apple-tab-span"/>
          <w:color w:val="000000"/>
          <w:shd w:val="clear" w:color="auto" w:fill="FFFFFF"/>
        </w:rPr>
        <w:t>……………………...</w:t>
      </w:r>
      <w:r>
        <w:rPr>
          <w:color w:val="000000"/>
          <w:shd w:val="clear" w:color="auto" w:fill="FFFFFF"/>
        </w:rPr>
        <w:t>……………………………………………………</w:t>
      </w:r>
      <w:proofErr w:type="gramEnd"/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jelentkező csoport neve: </w:t>
      </w:r>
      <w:r>
        <w:rPr>
          <w:rStyle w:val="apple-tab-span"/>
          <w:color w:val="000000"/>
          <w:shd w:val="clear" w:color="auto" w:fill="FFFFFF"/>
        </w:rPr>
        <w:tab/>
      </w:r>
      <w:proofErr w:type="gramStart"/>
      <w:r>
        <w:rPr>
          <w:rStyle w:val="apple-tab-span"/>
          <w:color w:val="000000"/>
          <w:shd w:val="clear" w:color="auto" w:fill="FFFFFF"/>
        </w:rPr>
        <w:t>………………</w:t>
      </w:r>
      <w:r>
        <w:rPr>
          <w:color w:val="000000"/>
          <w:shd w:val="clear" w:color="auto" w:fill="FFFFFF"/>
        </w:rPr>
        <w:t>……………………………………………………</w:t>
      </w:r>
      <w:proofErr w:type="gramEnd"/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rPr>
          <w:color w:val="000000"/>
          <w:shd w:val="clear" w:color="auto" w:fill="FFFFFF"/>
        </w:rPr>
        <w:t>A Jelentkező csoport edzőjének/felkészítő tanárának neve</w:t>
      </w:r>
      <w:proofErr w:type="gramStart"/>
      <w:r>
        <w:rPr>
          <w:color w:val="000000"/>
          <w:shd w:val="clear" w:color="auto" w:fill="FFFFFF"/>
        </w:rPr>
        <w:t>: …</w:t>
      </w:r>
      <w:proofErr w:type="gramEnd"/>
      <w:r>
        <w:rPr>
          <w:color w:val="000000"/>
          <w:shd w:val="clear" w:color="auto" w:fill="FFFFFF"/>
        </w:rPr>
        <w:t>………………………………….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A Jelentkező </w:t>
      </w:r>
      <w:r>
        <w:rPr>
          <w:b/>
          <w:bCs/>
          <w:color w:val="000000"/>
          <w:shd w:val="clear" w:color="auto" w:fill="FFFFFF"/>
        </w:rPr>
        <w:t>szakmai</w:t>
      </w:r>
      <w:r>
        <w:rPr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kategóriája</w:t>
      </w:r>
      <w:r>
        <w:rPr>
          <w:color w:val="000000"/>
          <w:shd w:val="clear" w:color="auto" w:fill="FFFFFF"/>
        </w:rPr>
        <w:t xml:space="preserve"> (</w:t>
      </w:r>
      <w:proofErr w:type="gramStart"/>
      <w:r>
        <w:rPr>
          <w:color w:val="000000"/>
          <w:shd w:val="clear" w:color="auto" w:fill="FFFFFF"/>
        </w:rPr>
        <w:t>kérjük</w:t>
      </w:r>
      <w:proofErr w:type="gramEnd"/>
      <w:r>
        <w:rPr>
          <w:color w:val="000000"/>
          <w:shd w:val="clear" w:color="auto" w:fill="FFFFFF"/>
        </w:rPr>
        <w:t xml:space="preserve"> </w:t>
      </w:r>
      <w:r w:rsidRPr="00014C8A">
        <w:rPr>
          <w:b/>
          <w:color w:val="000000"/>
          <w:shd w:val="clear" w:color="auto" w:fill="FFFFFF"/>
        </w:rPr>
        <w:t>húzza</w:t>
      </w:r>
      <w:r>
        <w:rPr>
          <w:color w:val="000000"/>
          <w:shd w:val="clear" w:color="auto" w:fill="FFFFFF"/>
        </w:rPr>
        <w:t xml:space="preserve"> </w:t>
      </w:r>
      <w:r w:rsidRPr="00014C8A">
        <w:rPr>
          <w:b/>
          <w:color w:val="000000"/>
          <w:shd w:val="clear" w:color="auto" w:fill="FFFFFF"/>
        </w:rPr>
        <w:t>alá</w:t>
      </w:r>
      <w:r>
        <w:rPr>
          <w:color w:val="000000"/>
          <w:shd w:val="clear" w:color="auto" w:fill="FFFFFF"/>
        </w:rPr>
        <w:t xml:space="preserve"> a megfelelő kategóriát):</w:t>
      </w:r>
    </w:p>
    <w:p w:rsidR="00101560" w:rsidRPr="00530711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Akrobatika </w:t>
      </w:r>
      <w:proofErr w:type="gramStart"/>
      <w:r>
        <w:rPr>
          <w:color w:val="000000"/>
          <w:shd w:val="clear" w:color="auto" w:fill="FFFFFF"/>
        </w:rPr>
        <w:t>produkció</w:t>
      </w:r>
      <w:proofErr w:type="gramEnd"/>
      <w:r>
        <w:rPr>
          <w:color w:val="000000"/>
          <w:shd w:val="clear" w:color="auto" w:fill="FFFFFF"/>
        </w:rPr>
        <w:t xml:space="preserve">     Légtorna produkció     Ügyesség produkció      Kreatív produkció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FFFFF"/>
        </w:rPr>
      </w:pPr>
    </w:p>
    <w:p w:rsidR="00101560" w:rsidRPr="00F917B0" w:rsidRDefault="00101560" w:rsidP="00101560">
      <w:pPr>
        <w:pStyle w:val="Norml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917B0">
        <w:rPr>
          <w:b/>
          <w:color w:val="000000"/>
          <w:shd w:val="clear" w:color="auto" w:fill="FFFFFF"/>
        </w:rPr>
        <w:t>VIDEÓANYAG BEKÜLDÉSE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A sikeres jelentkezéshez a </w:t>
      </w:r>
      <w:proofErr w:type="gramStart"/>
      <w:r>
        <w:rPr>
          <w:color w:val="000000"/>
          <w:shd w:val="clear" w:color="auto" w:fill="FFFFFF"/>
        </w:rPr>
        <w:t>produkció</w:t>
      </w:r>
      <w:proofErr w:type="gramEnd"/>
      <w:r>
        <w:rPr>
          <w:color w:val="000000"/>
          <w:shd w:val="clear" w:color="auto" w:fill="FFFFFF"/>
        </w:rPr>
        <w:t xml:space="preserve"> </w:t>
      </w:r>
      <w:r w:rsidRPr="00A97581">
        <w:rPr>
          <w:b/>
          <w:color w:val="000000"/>
          <w:shd w:val="clear" w:color="auto" w:fill="FFFFFF"/>
        </w:rPr>
        <w:t>videóanyagát</w:t>
      </w:r>
      <w:r>
        <w:rPr>
          <w:color w:val="000000"/>
          <w:shd w:val="clear" w:color="auto" w:fill="FFFFFF"/>
        </w:rPr>
        <w:t xml:space="preserve"> szükséges beküldeni, melyet a szakmai zsűri értékel. A felvételt </w:t>
      </w:r>
      <w:r w:rsidRPr="00A97581">
        <w:rPr>
          <w:b/>
          <w:color w:val="000000"/>
          <w:shd w:val="clear" w:color="auto" w:fill="FFFFFF"/>
        </w:rPr>
        <w:t>fekvő</w:t>
      </w:r>
      <w:r>
        <w:rPr>
          <w:color w:val="000000"/>
          <w:shd w:val="clear" w:color="auto" w:fill="FFFFFF"/>
        </w:rPr>
        <w:t xml:space="preserve"> </w:t>
      </w:r>
      <w:r w:rsidRPr="00A97581">
        <w:rPr>
          <w:b/>
          <w:color w:val="000000"/>
          <w:shd w:val="clear" w:color="auto" w:fill="FFFFFF"/>
        </w:rPr>
        <w:t>formátumban</w:t>
      </w:r>
      <w:r>
        <w:rPr>
          <w:color w:val="000000"/>
          <w:shd w:val="clear" w:color="auto" w:fill="FFFFFF"/>
        </w:rPr>
        <w:t xml:space="preserve"> szükséges elkészíteni, akár mobiltelefonnal. Ezt </w:t>
      </w:r>
      <w:r w:rsidRPr="00A97581">
        <w:rPr>
          <w:b/>
          <w:color w:val="000000"/>
          <w:shd w:val="clear" w:color="auto" w:fill="FFFFFF"/>
        </w:rPr>
        <w:t>csatolmányban</w:t>
      </w:r>
      <w:r>
        <w:rPr>
          <w:color w:val="000000"/>
          <w:shd w:val="clear" w:color="auto" w:fill="FFFFFF"/>
        </w:rPr>
        <w:t xml:space="preserve">, </w:t>
      </w:r>
      <w:proofErr w:type="spellStart"/>
      <w:r w:rsidRPr="00A97581">
        <w:rPr>
          <w:b/>
          <w:color w:val="000000"/>
          <w:shd w:val="clear" w:color="auto" w:fill="FFFFFF"/>
        </w:rPr>
        <w:t>WeTransfer</w:t>
      </w:r>
      <w:proofErr w:type="spellEnd"/>
      <w:r w:rsidRPr="00F917B0">
        <w:rPr>
          <w:b/>
          <w:color w:val="000000"/>
          <w:shd w:val="clear" w:color="auto" w:fill="FFFFFF"/>
        </w:rPr>
        <w:t>-en</w:t>
      </w:r>
      <w:r>
        <w:rPr>
          <w:color w:val="000000"/>
          <w:shd w:val="clear" w:color="auto" w:fill="FFFFFF"/>
        </w:rPr>
        <w:t xml:space="preserve"> keresztül vagy egy </w:t>
      </w:r>
      <w:r w:rsidRPr="00A97581">
        <w:rPr>
          <w:b/>
          <w:color w:val="000000"/>
          <w:shd w:val="clear" w:color="auto" w:fill="FFFFFF"/>
        </w:rPr>
        <w:t>zárt</w:t>
      </w:r>
      <w:r>
        <w:rPr>
          <w:color w:val="000000"/>
          <w:shd w:val="clear" w:color="auto" w:fill="FFFFFF"/>
        </w:rPr>
        <w:t xml:space="preserve"> </w:t>
      </w:r>
      <w:proofErr w:type="spellStart"/>
      <w:r w:rsidRPr="00A97581">
        <w:rPr>
          <w:b/>
          <w:color w:val="000000"/>
          <w:shd w:val="clear" w:color="auto" w:fill="FFFFFF"/>
        </w:rPr>
        <w:t>Youtube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 w:rsidRPr="00A97581">
        <w:rPr>
          <w:b/>
          <w:color w:val="000000"/>
          <w:shd w:val="clear" w:color="auto" w:fill="FFFFFF"/>
        </w:rPr>
        <w:t>linken</w:t>
      </w:r>
      <w:proofErr w:type="gramEnd"/>
      <w:r>
        <w:rPr>
          <w:color w:val="000000"/>
          <w:shd w:val="clear" w:color="auto" w:fill="FFFFFF"/>
        </w:rPr>
        <w:t xml:space="preserve"> kell a jelentkező email-</w:t>
      </w:r>
      <w:proofErr w:type="spellStart"/>
      <w:r>
        <w:rPr>
          <w:color w:val="000000"/>
          <w:shd w:val="clear" w:color="auto" w:fill="FFFFFF"/>
        </w:rPr>
        <w:t>hez</w:t>
      </w:r>
      <w:proofErr w:type="spellEnd"/>
      <w:r>
        <w:rPr>
          <w:color w:val="000000"/>
          <w:shd w:val="clear" w:color="auto" w:fill="FFFFFF"/>
        </w:rPr>
        <w:t xml:space="preserve"> társítani. A videó címe: a jelentkező neve és a nevezés </w:t>
      </w:r>
      <w:proofErr w:type="gramStart"/>
      <w:r>
        <w:rPr>
          <w:color w:val="000000"/>
          <w:shd w:val="clear" w:color="auto" w:fill="FFFFFF"/>
        </w:rPr>
        <w:t>kategóriája</w:t>
      </w:r>
      <w:proofErr w:type="gramEnd"/>
      <w:r>
        <w:rPr>
          <w:color w:val="000000"/>
          <w:shd w:val="clear" w:color="auto" w:fill="FFFFFF"/>
        </w:rPr>
        <w:t xml:space="preserve">. A </w:t>
      </w:r>
      <w:proofErr w:type="gramStart"/>
      <w:r>
        <w:rPr>
          <w:color w:val="000000"/>
          <w:shd w:val="clear" w:color="auto" w:fill="FFFFFF"/>
        </w:rPr>
        <w:t>produkc</w:t>
      </w:r>
      <w:r>
        <w:rPr>
          <w:color w:val="000000"/>
          <w:shd w:val="clear" w:color="auto" w:fill="FFFFFF"/>
        </w:rPr>
        <w:t>ió</w:t>
      </w:r>
      <w:proofErr w:type="gramEnd"/>
      <w:r>
        <w:rPr>
          <w:color w:val="000000"/>
          <w:shd w:val="clear" w:color="auto" w:fill="FFFFFF"/>
        </w:rPr>
        <w:t xml:space="preserve"> legfeljebb 5</w:t>
      </w:r>
      <w:r>
        <w:rPr>
          <w:color w:val="000000"/>
          <w:shd w:val="clear" w:color="auto" w:fill="FFFFFF"/>
        </w:rPr>
        <w:t xml:space="preserve"> perces lehet. A videóanyag csatolása nélkül a jelentkezés érvénytelen. 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Pr="00F917B0" w:rsidRDefault="00101560" w:rsidP="00101560">
      <w:pPr>
        <w:pStyle w:val="NormlWeb"/>
        <w:shd w:val="clear" w:color="auto" w:fill="FFFFFF"/>
        <w:spacing w:before="0" w:beforeAutospacing="0" w:after="0" w:afterAutospacing="0"/>
        <w:jc w:val="center"/>
        <w:rPr>
          <w:b/>
        </w:rPr>
      </w:pPr>
      <w:r w:rsidRPr="00F917B0">
        <w:rPr>
          <w:b/>
          <w:color w:val="000000"/>
          <w:shd w:val="clear" w:color="auto" w:fill="FFFFFF"/>
        </w:rPr>
        <w:t>HOZZÁJÁRULÓ NYILATKOZAT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Jelen jelentkezési lap aláírásával kijelentem, hogy elolvastam és elfogadom a Versenyszabályzatot, annak tartalmával egyetértek. Aláírásommal hozzájárulok, hogy a Nemzeti Cirkuszművészeti Központ, a Baross Imre Artista- és Előadó-művészeti Akadémia, valamint a Budapest Cirkuszművészeti és Kortástánc Főiskola a megadott személyes adataimat a MANÉZS- </w:t>
      </w:r>
      <w:proofErr w:type="spellStart"/>
      <w:r>
        <w:rPr>
          <w:color w:val="000000"/>
          <w:shd w:val="clear" w:color="auto" w:fill="FFFFFF"/>
        </w:rPr>
        <w:t>Hungarian</w:t>
      </w:r>
      <w:proofErr w:type="spellEnd"/>
      <w:r>
        <w:rPr>
          <w:color w:val="000000"/>
          <w:shd w:val="clear" w:color="auto" w:fill="FFFFFF"/>
        </w:rPr>
        <w:t xml:space="preserve"> Circus </w:t>
      </w:r>
      <w:proofErr w:type="spellStart"/>
      <w:r>
        <w:rPr>
          <w:color w:val="000000"/>
          <w:shd w:val="clear" w:color="auto" w:fill="FFFFFF"/>
        </w:rPr>
        <w:t>Talent</w:t>
      </w:r>
      <w:proofErr w:type="spellEnd"/>
      <w:r>
        <w:rPr>
          <w:color w:val="000000"/>
          <w:shd w:val="clear" w:color="auto" w:fill="FFFFFF"/>
        </w:rPr>
        <w:t xml:space="preserve"> Fesztivál rendezvény ideje alatt az alábbi feltételekkel használja: a személyes adatok védelmét, valamint a közérdekű adatok megismeréséhez való jog érvényesülését szolgáló alapvető szabályokról az 1992. évi LXIII. törvény a meghatározó. 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 Versenyprogramon a rendező intézmények felvételeket készítenek, azokat média és o</w:t>
      </w:r>
      <w:r>
        <w:rPr>
          <w:color w:val="000000"/>
          <w:shd w:val="clear" w:color="auto" w:fill="FFFFFF"/>
        </w:rPr>
        <w:t xml:space="preserve">nline felületeiken </w:t>
      </w:r>
      <w:proofErr w:type="gramStart"/>
      <w:r>
        <w:rPr>
          <w:color w:val="000000"/>
          <w:shd w:val="clear" w:color="auto" w:fill="FFFFFF"/>
        </w:rPr>
        <w:t>publikálják</w:t>
      </w:r>
      <w:proofErr w:type="gramEnd"/>
      <w:r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 xml:space="preserve">A legkiválóbb </w:t>
      </w:r>
      <w:proofErr w:type="gramStart"/>
      <w:r>
        <w:rPr>
          <w:color w:val="000000"/>
          <w:shd w:val="clear" w:color="auto" w:fill="FFFFFF"/>
        </w:rPr>
        <w:t>produkciók</w:t>
      </w:r>
      <w:proofErr w:type="gramEnd"/>
      <w:r>
        <w:rPr>
          <w:color w:val="000000"/>
          <w:shd w:val="clear" w:color="auto" w:fill="FFFFFF"/>
        </w:rPr>
        <w:t xml:space="preserve"> videói később ismételve közreadásra kerülhetnek. 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 xml:space="preserve">Jelen </w:t>
      </w:r>
      <w:proofErr w:type="gramStart"/>
      <w:r>
        <w:rPr>
          <w:color w:val="000000"/>
          <w:shd w:val="clear" w:color="auto" w:fill="FFFFFF"/>
        </w:rPr>
        <w:t>dokumentum</w:t>
      </w:r>
      <w:proofErr w:type="gramEnd"/>
      <w:r>
        <w:rPr>
          <w:color w:val="000000"/>
          <w:shd w:val="clear" w:color="auto" w:fill="FFFFFF"/>
        </w:rPr>
        <w:t xml:space="preserve"> aláírásával és a jelentkező videó anyagával együtt érvényes a jelentkezés a MANÉZS ─ </w:t>
      </w:r>
      <w:proofErr w:type="spellStart"/>
      <w:r>
        <w:rPr>
          <w:color w:val="000000"/>
          <w:shd w:val="clear" w:color="auto" w:fill="FFFFFF"/>
        </w:rPr>
        <w:t>Hungarian</w:t>
      </w:r>
      <w:proofErr w:type="spellEnd"/>
      <w:r>
        <w:rPr>
          <w:color w:val="000000"/>
          <w:shd w:val="clear" w:color="auto" w:fill="FFFFFF"/>
        </w:rPr>
        <w:t xml:space="preserve"> Circus </w:t>
      </w:r>
      <w:proofErr w:type="spellStart"/>
      <w:r>
        <w:rPr>
          <w:color w:val="000000"/>
          <w:shd w:val="clear" w:color="auto" w:fill="FFFFFF"/>
        </w:rPr>
        <w:t>Talent</w:t>
      </w:r>
      <w:proofErr w:type="spellEnd"/>
      <w:r>
        <w:rPr>
          <w:color w:val="000000"/>
          <w:shd w:val="clear" w:color="auto" w:fill="FFFFFF"/>
        </w:rPr>
        <w:t xml:space="preserve"> Fesztivál Gálaműsorára. 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  <w:bookmarkStart w:id="0" w:name="_GoBack"/>
      <w:bookmarkEnd w:id="0"/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101560" w:rsidRPr="00E03685" w:rsidRDefault="00101560" w:rsidP="00101560">
      <w:pPr>
        <w:pStyle w:val="NormlWeb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Dátum</w:t>
      </w:r>
      <w:proofErr w:type="gramEnd"/>
      <w:r>
        <w:rPr>
          <w:color w:val="000000"/>
          <w:shd w:val="clear" w:color="auto" w:fill="FFFFFF"/>
        </w:rPr>
        <w:t>: …………………………………              ………………………………………….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ind w:left="5664" w:firstLine="708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Aláírás </w:t>
      </w:r>
    </w:p>
    <w:p w:rsidR="00101560" w:rsidRDefault="00101560" w:rsidP="00101560">
      <w:pPr>
        <w:pStyle w:val="NormlWeb"/>
        <w:shd w:val="clear" w:color="auto" w:fill="FFFFFF"/>
        <w:spacing w:before="0" w:beforeAutospacing="0" w:after="0" w:afterAutospacing="0"/>
        <w:ind w:left="4248"/>
        <w:jc w:val="both"/>
      </w:pPr>
      <w:r>
        <w:rPr>
          <w:color w:val="000000"/>
          <w:shd w:val="clear" w:color="auto" w:fill="FFFFFF"/>
        </w:rPr>
        <w:t xml:space="preserve">    (18 év alatti jelentkező esetén szülő/gondviselő)</w:t>
      </w:r>
    </w:p>
    <w:p w:rsidR="006C2D08" w:rsidRDefault="006C2D08">
      <w:pPr>
        <w:spacing w:after="0"/>
        <w:rPr>
          <w:rFonts w:hint="eastAsia"/>
        </w:rPr>
      </w:pPr>
    </w:p>
    <w:sectPr w:rsidR="006C2D08" w:rsidSect="00034616">
      <w:headerReference w:type="default" r:id="rId8"/>
      <w:footerReference w:type="default" r:id="rId9"/>
      <w:pgSz w:w="11906" w:h="16838"/>
      <w:pgMar w:top="2665" w:right="1134" w:bottom="907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C97" w:rsidRDefault="004B3C9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4B3C97" w:rsidRDefault="004B3C9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D08" w:rsidRDefault="004B3C97">
    <w:pPr>
      <w:pStyle w:val="llb"/>
      <w:ind w:left="-1134"/>
      <w:rPr>
        <w:rFonts w:hint="eastAsia"/>
      </w:rPr>
    </w:pPr>
    <w:r>
      <w:rPr>
        <w:noProof/>
        <w:lang w:val="hu-HU" w:eastAsia="hu-HU"/>
      </w:rPr>
      <w:drawing>
        <wp:inline distT="0" distB="0" distL="0" distR="0">
          <wp:extent cx="7560000" cy="187479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nezs_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7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C97" w:rsidRDefault="004B3C9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4B3C97" w:rsidRDefault="004B3C9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D08" w:rsidRDefault="004B3C97">
    <w:pPr>
      <w:pStyle w:val="lfej"/>
      <w:ind w:left="-1134"/>
      <w:rPr>
        <w:rFonts w:hint="eastAsia"/>
      </w:rPr>
    </w:pPr>
    <w:r>
      <w:rPr>
        <w:noProof/>
        <w:lang w:val="hu-HU" w:eastAsia="hu-HU"/>
      </w:rPr>
      <w:drawing>
        <wp:inline distT="0" distB="0" distL="0" distR="0">
          <wp:extent cx="7560000" cy="13326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nezs_head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332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42073AD"/>
    <w:multiLevelType w:val="multilevel"/>
    <w:tmpl w:val="FC40B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AA08D7"/>
    <w:multiLevelType w:val="hybridMultilevel"/>
    <w:tmpl w:val="9938927A"/>
    <w:lvl w:ilvl="0" w:tplc="F2E4DADA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0DC44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142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2A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129A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F4B4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340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8270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B495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A94432"/>
    <w:multiLevelType w:val="hybridMultilevel"/>
    <w:tmpl w:val="E598B632"/>
    <w:lvl w:ilvl="0" w:tplc="0C36CA44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492EBA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16F1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301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1440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808C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2C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0E5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945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  <w:lvlOverride w:ilvl="0">
      <w:lvl w:ilvl="0">
        <w:numFmt w:val="upperRoman"/>
        <w:lvlText w:val="%1."/>
        <w:lvlJc w:val="right"/>
      </w:lvl>
    </w:lvlOverride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1560"/>
    <w:rsid w:val="0015074B"/>
    <w:rsid w:val="0029639D"/>
    <w:rsid w:val="00326F90"/>
    <w:rsid w:val="004B3C97"/>
    <w:rsid w:val="006C2D0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208E4"/>
  <w14:defaultImageDpi w14:val="300"/>
  <w15:docId w15:val="{2029EB9F-7B30-4E78-8FE1-29E687B5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  <w:rPr>
      <w:rFonts w:ascii="Aptos" w:hAnsi="Aptos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Web">
    <w:name w:val="Normal (Web)"/>
    <w:basedOn w:val="Norml"/>
    <w:uiPriority w:val="99"/>
    <w:unhideWhenUsed/>
    <w:rsid w:val="0010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customStyle="1" w:styleId="apple-tab-span">
    <w:name w:val="apple-tab-span"/>
    <w:basedOn w:val="Bekezdsalapbettpusa"/>
    <w:rsid w:val="00101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AA0AB8-CCCB-43E5-9719-4D990829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MANÉZS levélpapír sablon</vt:lpstr>
      <vt:lpstr/>
    </vt:vector>
  </TitlesOfParts>
  <Manager/>
  <Company/>
  <LinksUpToDate>false</LinksUpToDate>
  <CharactersWithSpaces>5055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MANÉZS levélpapír sablon</dc:title>
  <dc:subject>Szerkeszthető hivatalos levélpapír</dc:subject>
  <dc:creator>BIAK</dc:creator>
  <cp:keywords/>
  <dc:description>generated by python-docx</dc:description>
  <cp:lastModifiedBy>tanulo</cp:lastModifiedBy>
  <cp:revision>2</cp:revision>
  <dcterms:created xsi:type="dcterms:W3CDTF">2026-09-01T15:22:00Z</dcterms:created>
  <dcterms:modified xsi:type="dcterms:W3CDTF">2026-09-01T15:22:00Z</dcterms:modified>
  <cp:category/>
</cp:coreProperties>
</file>